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A6F0A" w14:textId="59A19440" w:rsidR="00840FD0" w:rsidRDefault="005B2B86" w:rsidP="00840FD0">
      <w:pPr>
        <w:pStyle w:val="Heading1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D5ED48" wp14:editId="7D5120CC">
            <wp:simplePos x="0" y="0"/>
            <wp:positionH relativeFrom="column">
              <wp:posOffset>8533765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1510134392" name="Picture 1" descr="Northamptonshire teaching school hub - Email Address &amp; Phone Number - Lus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amptonshire teaching school hub - Email Address &amp; Phone Number - Lush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16BD9" w14:textId="42C7087E" w:rsidR="003853ED" w:rsidRPr="003853ED" w:rsidRDefault="00000000" w:rsidP="003853ED">
      <w:pPr>
        <w:pStyle w:val="Heading1"/>
        <w:rPr>
          <w:color w:val="E2505E"/>
        </w:rPr>
      </w:pPr>
      <w:r w:rsidRPr="003853ED">
        <w:rPr>
          <w:color w:val="E2505E"/>
        </w:rPr>
        <w:t>SUPPORT PLAN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696"/>
        <w:gridCol w:w="1814"/>
        <w:gridCol w:w="2127"/>
        <w:gridCol w:w="1871"/>
        <w:gridCol w:w="992"/>
        <w:gridCol w:w="6096"/>
      </w:tblGrid>
      <w:tr w:rsidR="00841DCA" w14:paraId="67D25BB0" w14:textId="77777777" w:rsidTr="00925700">
        <w:tc>
          <w:tcPr>
            <w:tcW w:w="1696" w:type="dxa"/>
          </w:tcPr>
          <w:p w14:paraId="02D5B934" w14:textId="57A0CEE2" w:rsidR="00AE0D3A" w:rsidRPr="00BB5584" w:rsidRDefault="00F07FFD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Development area and TS</w:t>
            </w:r>
          </w:p>
        </w:tc>
        <w:tc>
          <w:tcPr>
            <w:tcW w:w="1814" w:type="dxa"/>
          </w:tcPr>
          <w:p w14:paraId="5C2EC174" w14:textId="38CCF706" w:rsidR="00AE0D3A" w:rsidRPr="00BB5584" w:rsidRDefault="0002743A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Desired actions</w:t>
            </w:r>
          </w:p>
        </w:tc>
        <w:tc>
          <w:tcPr>
            <w:tcW w:w="2127" w:type="dxa"/>
          </w:tcPr>
          <w:p w14:paraId="08C05683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Support/Training to be Provided</w:t>
            </w:r>
          </w:p>
        </w:tc>
        <w:tc>
          <w:tcPr>
            <w:tcW w:w="1871" w:type="dxa"/>
          </w:tcPr>
          <w:p w14:paraId="55C3A220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Measures of Success</w:t>
            </w:r>
          </w:p>
        </w:tc>
        <w:tc>
          <w:tcPr>
            <w:tcW w:w="992" w:type="dxa"/>
          </w:tcPr>
          <w:p w14:paraId="4D2F8ADA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Review Date</w:t>
            </w:r>
          </w:p>
        </w:tc>
        <w:tc>
          <w:tcPr>
            <w:tcW w:w="6096" w:type="dxa"/>
          </w:tcPr>
          <w:p w14:paraId="33EEB63F" w14:textId="77777777" w:rsidR="00AE0D3A" w:rsidRPr="00BB5584" w:rsidRDefault="00000000">
            <w:pPr>
              <w:rPr>
                <w:b/>
                <w:bCs/>
              </w:rPr>
            </w:pPr>
            <w:r w:rsidRPr="00BB5584">
              <w:rPr>
                <w:b/>
                <w:bCs/>
              </w:rPr>
              <w:t>Review Notes</w:t>
            </w:r>
          </w:p>
        </w:tc>
      </w:tr>
      <w:tr w:rsidR="00625012" w14:paraId="1C7DF18E" w14:textId="77777777" w:rsidTr="006F54F4">
        <w:tc>
          <w:tcPr>
            <w:tcW w:w="14596" w:type="dxa"/>
            <w:gridSpan w:val="6"/>
          </w:tcPr>
          <w:p w14:paraId="48A90F5F" w14:textId="245810BC" w:rsidR="00625012" w:rsidRDefault="00B874A5">
            <w:r>
              <w:t xml:space="preserve">Current strengths: </w:t>
            </w:r>
          </w:p>
          <w:p w14:paraId="7E8DAEF5" w14:textId="2E332E9F" w:rsidR="00B874A5" w:rsidRDefault="00B874A5"/>
        </w:tc>
      </w:tr>
      <w:tr w:rsidR="00841DCA" w14:paraId="1F869D2A" w14:textId="77777777" w:rsidTr="00925700">
        <w:tc>
          <w:tcPr>
            <w:tcW w:w="1696" w:type="dxa"/>
          </w:tcPr>
          <w:p w14:paraId="0C144FC0" w14:textId="7C831EC2" w:rsidR="00F14396" w:rsidRDefault="00F14396"/>
        </w:tc>
        <w:tc>
          <w:tcPr>
            <w:tcW w:w="1814" w:type="dxa"/>
          </w:tcPr>
          <w:p w14:paraId="02441FF1" w14:textId="36E0BB11" w:rsidR="00AE0D3A" w:rsidRDefault="00000000">
            <w:r>
              <w:br/>
            </w:r>
          </w:p>
        </w:tc>
        <w:tc>
          <w:tcPr>
            <w:tcW w:w="2127" w:type="dxa"/>
          </w:tcPr>
          <w:p w14:paraId="0A8A13F5" w14:textId="4AC21963" w:rsidR="00AE0D3A" w:rsidRDefault="00AE0D3A"/>
        </w:tc>
        <w:tc>
          <w:tcPr>
            <w:tcW w:w="1871" w:type="dxa"/>
          </w:tcPr>
          <w:p w14:paraId="55549A7D" w14:textId="61CD910F" w:rsidR="00FA68E0" w:rsidRPr="006F6489" w:rsidRDefault="00000000">
            <w:pPr>
              <w:rPr>
                <w:color w:val="FF0000"/>
              </w:rPr>
            </w:pPr>
            <w:r w:rsidRPr="006F6489">
              <w:rPr>
                <w:color w:val="FF0000"/>
              </w:rPr>
              <w:br/>
            </w:r>
          </w:p>
          <w:p w14:paraId="6E2C4258" w14:textId="7A40659D" w:rsidR="00AE0D3A" w:rsidRDefault="00000000">
            <w:r>
              <w:br/>
            </w:r>
          </w:p>
        </w:tc>
        <w:tc>
          <w:tcPr>
            <w:tcW w:w="992" w:type="dxa"/>
          </w:tcPr>
          <w:p w14:paraId="32FA1E79" w14:textId="5E2EF6E2" w:rsidR="00426B40" w:rsidRDefault="00426B40"/>
        </w:tc>
        <w:tc>
          <w:tcPr>
            <w:tcW w:w="6096" w:type="dxa"/>
          </w:tcPr>
          <w:p w14:paraId="406FE3E5" w14:textId="719E3A49" w:rsidR="007C3E6D" w:rsidRDefault="007C3E6D"/>
        </w:tc>
      </w:tr>
      <w:tr w:rsidR="00B10829" w14:paraId="49C36E0F" w14:textId="77777777" w:rsidTr="00925700">
        <w:tc>
          <w:tcPr>
            <w:tcW w:w="1696" w:type="dxa"/>
          </w:tcPr>
          <w:p w14:paraId="70FD068B" w14:textId="77777777" w:rsidR="00B10829" w:rsidRDefault="00B10829"/>
          <w:p w14:paraId="7AB0B6CF" w14:textId="77777777" w:rsidR="00B10829" w:rsidRDefault="00B10829"/>
          <w:p w14:paraId="14B63D9E" w14:textId="77777777" w:rsidR="00B10829" w:rsidRDefault="00B10829"/>
          <w:p w14:paraId="24C823FB" w14:textId="77777777" w:rsidR="00B10829" w:rsidRDefault="00B10829"/>
        </w:tc>
        <w:tc>
          <w:tcPr>
            <w:tcW w:w="1814" w:type="dxa"/>
          </w:tcPr>
          <w:p w14:paraId="2D19100E" w14:textId="77777777" w:rsidR="00B10829" w:rsidRDefault="00B10829"/>
        </w:tc>
        <w:tc>
          <w:tcPr>
            <w:tcW w:w="2127" w:type="dxa"/>
          </w:tcPr>
          <w:p w14:paraId="3589A195" w14:textId="77777777" w:rsidR="00B10829" w:rsidRDefault="00B10829"/>
        </w:tc>
        <w:tc>
          <w:tcPr>
            <w:tcW w:w="1871" w:type="dxa"/>
          </w:tcPr>
          <w:p w14:paraId="7C08A951" w14:textId="77777777" w:rsidR="00B10829" w:rsidRDefault="00B10829"/>
        </w:tc>
        <w:tc>
          <w:tcPr>
            <w:tcW w:w="992" w:type="dxa"/>
          </w:tcPr>
          <w:p w14:paraId="7354809C" w14:textId="77777777" w:rsidR="00B10829" w:rsidRDefault="00B10829"/>
        </w:tc>
        <w:tc>
          <w:tcPr>
            <w:tcW w:w="6096" w:type="dxa"/>
          </w:tcPr>
          <w:p w14:paraId="0BD6C800" w14:textId="77777777" w:rsidR="00B10829" w:rsidRDefault="00B10829"/>
        </w:tc>
      </w:tr>
      <w:tr w:rsidR="00E75B47" w14:paraId="2374EED4" w14:textId="77777777" w:rsidTr="00F71139">
        <w:trPr>
          <w:trHeight w:val="976"/>
        </w:trPr>
        <w:tc>
          <w:tcPr>
            <w:tcW w:w="1696" w:type="dxa"/>
          </w:tcPr>
          <w:p w14:paraId="779F12AB" w14:textId="4D4002DE" w:rsidR="00E75B47" w:rsidRDefault="00E75B47"/>
        </w:tc>
        <w:tc>
          <w:tcPr>
            <w:tcW w:w="1814" w:type="dxa"/>
          </w:tcPr>
          <w:p w14:paraId="2C9C278D" w14:textId="27FD2C51" w:rsidR="00363D4F" w:rsidRDefault="00363D4F" w:rsidP="001D1A72"/>
        </w:tc>
        <w:tc>
          <w:tcPr>
            <w:tcW w:w="2127" w:type="dxa"/>
          </w:tcPr>
          <w:p w14:paraId="07D48080" w14:textId="77777777" w:rsidR="00216183" w:rsidRDefault="00216183"/>
          <w:p w14:paraId="7DA628C1" w14:textId="0F6C2680" w:rsidR="00216183" w:rsidRDefault="00216183"/>
        </w:tc>
        <w:tc>
          <w:tcPr>
            <w:tcW w:w="1871" w:type="dxa"/>
          </w:tcPr>
          <w:p w14:paraId="6A7680D4" w14:textId="2BBAEB5F" w:rsidR="00F66A7D" w:rsidRDefault="00F66A7D"/>
        </w:tc>
        <w:tc>
          <w:tcPr>
            <w:tcW w:w="992" w:type="dxa"/>
          </w:tcPr>
          <w:p w14:paraId="5F3923A6" w14:textId="1B7F2FA5" w:rsidR="00E75B47" w:rsidRDefault="00E75B47"/>
        </w:tc>
        <w:tc>
          <w:tcPr>
            <w:tcW w:w="6096" w:type="dxa"/>
          </w:tcPr>
          <w:p w14:paraId="2E1980F4" w14:textId="3CE4647E" w:rsidR="008B7C82" w:rsidRDefault="008B7C82" w:rsidP="001D1A72"/>
        </w:tc>
      </w:tr>
    </w:tbl>
    <w:p w14:paraId="09355F7C" w14:textId="77777777" w:rsidR="00641D90" w:rsidRDefault="00641D90"/>
    <w:sectPr w:rsidR="00641D90" w:rsidSect="00B42D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241DEE"/>
    <w:multiLevelType w:val="hybridMultilevel"/>
    <w:tmpl w:val="CE482B8C"/>
    <w:lvl w:ilvl="0" w:tplc="BB0A0B16">
      <w:start w:val="2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68643">
    <w:abstractNumId w:val="8"/>
  </w:num>
  <w:num w:numId="2" w16cid:durableId="1942637858">
    <w:abstractNumId w:val="6"/>
  </w:num>
  <w:num w:numId="3" w16cid:durableId="1167208832">
    <w:abstractNumId w:val="5"/>
  </w:num>
  <w:num w:numId="4" w16cid:durableId="1580603620">
    <w:abstractNumId w:val="4"/>
  </w:num>
  <w:num w:numId="5" w16cid:durableId="1414204952">
    <w:abstractNumId w:val="7"/>
  </w:num>
  <w:num w:numId="6" w16cid:durableId="900363180">
    <w:abstractNumId w:val="3"/>
  </w:num>
  <w:num w:numId="7" w16cid:durableId="589581407">
    <w:abstractNumId w:val="2"/>
  </w:num>
  <w:num w:numId="8" w16cid:durableId="1688363871">
    <w:abstractNumId w:val="1"/>
  </w:num>
  <w:num w:numId="9" w16cid:durableId="1595242149">
    <w:abstractNumId w:val="0"/>
  </w:num>
  <w:num w:numId="10" w16cid:durableId="15250990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B7"/>
    <w:rsid w:val="0002743A"/>
    <w:rsid w:val="00034616"/>
    <w:rsid w:val="0006063C"/>
    <w:rsid w:val="00071055"/>
    <w:rsid w:val="0015074B"/>
    <w:rsid w:val="00197758"/>
    <w:rsid w:val="001C0A53"/>
    <w:rsid w:val="001D1A72"/>
    <w:rsid w:val="00216183"/>
    <w:rsid w:val="00221BB6"/>
    <w:rsid w:val="00233924"/>
    <w:rsid w:val="0029639D"/>
    <w:rsid w:val="002C56B7"/>
    <w:rsid w:val="002E22A2"/>
    <w:rsid w:val="00326F90"/>
    <w:rsid w:val="00363D4F"/>
    <w:rsid w:val="00380C88"/>
    <w:rsid w:val="003853ED"/>
    <w:rsid w:val="00426B40"/>
    <w:rsid w:val="00567528"/>
    <w:rsid w:val="005B2B86"/>
    <w:rsid w:val="00605890"/>
    <w:rsid w:val="00625012"/>
    <w:rsid w:val="00641D90"/>
    <w:rsid w:val="006E6A54"/>
    <w:rsid w:val="006F6489"/>
    <w:rsid w:val="00735B20"/>
    <w:rsid w:val="007C3E6D"/>
    <w:rsid w:val="007E6E28"/>
    <w:rsid w:val="00840FD0"/>
    <w:rsid w:val="00841DCA"/>
    <w:rsid w:val="00873B34"/>
    <w:rsid w:val="008B10D7"/>
    <w:rsid w:val="008B7C82"/>
    <w:rsid w:val="008E1183"/>
    <w:rsid w:val="0092398E"/>
    <w:rsid w:val="00925700"/>
    <w:rsid w:val="00956CAE"/>
    <w:rsid w:val="00A77BAE"/>
    <w:rsid w:val="00AA1D8D"/>
    <w:rsid w:val="00AE0D3A"/>
    <w:rsid w:val="00B10829"/>
    <w:rsid w:val="00B42D48"/>
    <w:rsid w:val="00B47730"/>
    <w:rsid w:val="00B874A5"/>
    <w:rsid w:val="00BB5584"/>
    <w:rsid w:val="00BD2D4D"/>
    <w:rsid w:val="00BE2079"/>
    <w:rsid w:val="00C4796F"/>
    <w:rsid w:val="00CB0664"/>
    <w:rsid w:val="00D026BB"/>
    <w:rsid w:val="00D25A1E"/>
    <w:rsid w:val="00D51307"/>
    <w:rsid w:val="00D53442"/>
    <w:rsid w:val="00D93AAC"/>
    <w:rsid w:val="00DD5FCB"/>
    <w:rsid w:val="00E000EA"/>
    <w:rsid w:val="00E75B47"/>
    <w:rsid w:val="00EC35D7"/>
    <w:rsid w:val="00F07FFD"/>
    <w:rsid w:val="00F14396"/>
    <w:rsid w:val="00F3452A"/>
    <w:rsid w:val="00F66A7D"/>
    <w:rsid w:val="00F71139"/>
    <w:rsid w:val="00F86177"/>
    <w:rsid w:val="00FA0AD5"/>
    <w:rsid w:val="00FA68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39A6777D-8DDB-4B4B-979A-9F2489AA3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Sarah Sanders</cp:lastModifiedBy>
  <cp:revision>2</cp:revision>
  <dcterms:created xsi:type="dcterms:W3CDTF">2024-12-02T12:20:00Z</dcterms:created>
  <dcterms:modified xsi:type="dcterms:W3CDTF">2024-12-02T12:20:00Z</dcterms:modified>
  <cp:category/>
</cp:coreProperties>
</file>